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sz w:val="28"/>
        </w:rPr>
        <w:t>СОГЛАШЕНИЕ</w:t>
      </w:r>
    </w:p>
    <w:p>
      <w:pPr>
        <w:spacing w:after="240"/>
        <w:jc w:val="center"/>
      </w:pPr>
      <w:r>
        <w:rPr>
          <w:b/>
          <w:sz w:val="26"/>
        </w:rPr>
        <w:t>об установке ограждения между смежными земельными участками</w:t>
      </w:r>
    </w:p>
    <w:p>
      <w:pPr>
        <w:tabs>
          <w:tab w:pos="9638" w:val="right"/>
        </w:tabs>
        <w:spacing w:after="0"/>
      </w:pPr>
      <w:r>
        <w:t>__________________________</w:t>
        <w:tab/>
        <w:t>«____» ______________ 20___ г.</w:t>
      </w:r>
    </w:p>
    <w:p>
      <w:pPr>
        <w:spacing w:after="240" w:before="0"/>
        <w:ind w:left="680"/>
      </w:pPr>
      <w:r>
        <w:rPr>
          <w:i/>
          <w:sz w:val="18"/>
        </w:rPr>
        <w:t>(населённый пункт)</w:t>
      </w:r>
    </w:p>
    <w:p>
      <w:pPr>
        <w:keepNext/>
        <w:spacing w:after="40"/>
      </w:pPr>
      <w:r>
        <w:rPr>
          <w:b/>
        </w:rPr>
        <w:t>Сторона 1</w:t>
      </w:r>
    </w:p>
    <w:p>
      <w:pPr>
        <w:keepNext/>
        <w:spacing w:after="40"/>
      </w:pPr>
      <w:r>
        <w:rPr>
          <w:b w:val="0"/>
        </w:rPr>
        <w:t>ФИО: ________________________________________________________________</w:t>
      </w:r>
    </w:p>
    <w:p>
      <w:pPr>
        <w:keepNext/>
        <w:spacing w:after="40"/>
      </w:pPr>
      <w:r>
        <w:rPr>
          <w:b w:val="0"/>
        </w:rPr>
        <w:t>Паспорт: серия ________ № ______________, выдан ______________________________</w:t>
      </w:r>
    </w:p>
    <w:p>
      <w:pPr>
        <w:keepNext/>
        <w:spacing w:after="40"/>
      </w:pPr>
      <w:r>
        <w:rPr>
          <w:b w:val="0"/>
        </w:rPr>
        <w:t>_____________________________________________ «____» ______________ ________ г.</w:t>
      </w:r>
    </w:p>
    <w:p>
      <w:pPr>
        <w:spacing w:after="160"/>
      </w:pPr>
      <w:r>
        <w:rPr>
          <w:b w:val="0"/>
        </w:rPr>
        <w:t>Собственник земельного участка с кадастровым номером ______________________________</w:t>
      </w:r>
    </w:p>
    <w:p>
      <w:pPr>
        <w:keepNext/>
        <w:spacing w:after="40"/>
      </w:pPr>
      <w:r>
        <w:rPr>
          <w:b/>
        </w:rPr>
        <w:t>Сторона 2</w:t>
      </w:r>
    </w:p>
    <w:p>
      <w:pPr>
        <w:keepNext/>
        <w:spacing w:after="40"/>
      </w:pPr>
      <w:r>
        <w:rPr>
          <w:b w:val="0"/>
        </w:rPr>
        <w:t>ФИО: ________________________________________________________________</w:t>
      </w:r>
    </w:p>
    <w:p>
      <w:pPr>
        <w:keepNext/>
        <w:spacing w:after="40"/>
      </w:pPr>
      <w:r>
        <w:rPr>
          <w:b w:val="0"/>
        </w:rPr>
        <w:t>Паспорт: серия ________ № ______________, выдан ______________________________</w:t>
      </w:r>
    </w:p>
    <w:p>
      <w:pPr>
        <w:keepNext/>
        <w:spacing w:after="40"/>
      </w:pPr>
      <w:r>
        <w:rPr>
          <w:b w:val="0"/>
        </w:rPr>
        <w:t>_____________________________________________ «____» ______________ ________ г.</w:t>
      </w:r>
    </w:p>
    <w:p>
      <w:pPr>
        <w:spacing w:after="160"/>
      </w:pPr>
      <w:r>
        <w:rPr>
          <w:b w:val="0"/>
        </w:rPr>
        <w:t>Собственник земельного участка с кадастровым номером ______________________________</w:t>
      </w:r>
    </w:p>
    <w:p>
      <w:pPr>
        <w:spacing w:after="160"/>
      </w:pPr>
      <w:r>
        <w:rPr>
          <w:b w:val="0"/>
        </w:rPr>
        <w:t>вместе именуемые «Стороны», заключили настоящее соглашение о нижеследующем:</w:t>
      </w:r>
    </w:p>
    <w:p>
      <w:pPr>
        <w:tabs>
          <w:tab w:pos="425" w:val="left"/>
        </w:tabs>
        <w:ind w:left="425" w:hanging="425"/>
      </w:pPr>
      <w:r>
        <w:t>1.</w:t>
        <w:tab/>
        <w:t>Стороны договорились об установке ограждения (далее — ограждение) по смежной границе принадлежащих им земельных участков, указанных выше.</w:t>
      </w:r>
    </w:p>
    <w:p>
      <w:pPr>
        <w:tabs>
          <w:tab w:pos="425" w:val="left"/>
        </w:tabs>
        <w:ind w:left="425" w:hanging="425"/>
      </w:pPr>
      <w:r>
        <w:t>2.</w:t>
        <w:tab/>
        <w:t>Характеристики ограждения: вид (сетка, евроштакетник, профнастил или другое) — ________________________________; высота — ______ м; цвет — ________________; протяжённость — ______ м.</w:t>
      </w:r>
    </w:p>
    <w:p>
      <w:pPr>
        <w:tabs>
          <w:tab w:pos="425" w:val="left"/>
        </w:tabs>
        <w:ind w:left="425" w:hanging="425"/>
      </w:pPr>
      <w:r>
        <w:t>3.</w:t>
        <w:tab/>
        <w:t>Ограждение устанавливается (нужное отметить):  ☐ по смежной границе участков;  ☐ с отступом ______ м от границы на участке Стороны ___. Схема расположения ограждения приведена в приложении к настоящему соглашению.</w:t>
      </w:r>
    </w:p>
    <w:p>
      <w:pPr>
        <w:tabs>
          <w:tab w:pos="425" w:val="left"/>
        </w:tabs>
        <w:ind w:left="425" w:hanging="425"/>
      </w:pPr>
      <w:r>
        <w:t>4.</w:t>
        <w:tab/>
        <w:t>Расходы на установку ограждения несёт (нужное отметить):  ☐ Сторона 1;  ☐ Сторона 2;  ☐ Стороны в долях: Сторона 1 — ______ %, Сторона 2 — ______ %. Ограждение принадлежит ________________________________________.</w:t>
      </w:r>
    </w:p>
    <w:p>
      <w:pPr>
        <w:tabs>
          <w:tab w:pos="425" w:val="left"/>
        </w:tabs>
        <w:ind w:left="425" w:hanging="425"/>
      </w:pPr>
      <w:r>
        <w:t>5.</w:t>
        <w:tab/>
        <w:t>Обслуживание, ремонт и покраску ограждения выполняет ________________________________; расходы на них распределяются ______________________________________________________________.</w:t>
      </w:r>
    </w:p>
    <w:p>
      <w:pPr>
        <w:tabs>
          <w:tab w:pos="425" w:val="left"/>
        </w:tabs>
        <w:ind w:left="425" w:hanging="425"/>
      </w:pPr>
      <w:r>
        <w:t>6.</w:t>
        <w:tab/>
        <w:t>Стороны не имеют друг к другу претензий по виду, высоте и расположению ограждения, указанным в пунктах 2 и 3 настоящего соглашения.</w:t>
      </w:r>
    </w:p>
    <w:p>
      <w:pPr>
        <w:tabs>
          <w:tab w:pos="425" w:val="left"/>
        </w:tabs>
        <w:ind w:left="425" w:hanging="425"/>
      </w:pPr>
      <w:r>
        <w:t>7.</w:t>
        <w:tab/>
        <w:t>Соглашение составлено в двух экземплярах, по одному для каждой из Сторон, и вступает в силу с момента его подписания.</w:t>
      </w:r>
    </w:p>
    <w:p>
      <w:pPr>
        <w:keepNext/>
        <w:spacing w:after="120" w:before="200"/>
      </w:pPr>
      <w:r>
        <w:rPr>
          <w:b/>
        </w:rPr>
        <w:t>Подписи Сторон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keepNext/>
              <w:spacing w:after="160"/>
            </w:pPr>
            <w:r/>
            <w:r>
              <w:rPr>
                <w:b/>
              </w:rPr>
              <w:t>Сторона 1</w:t>
            </w:r>
          </w:p>
        </w:tc>
        <w:tc>
          <w:tcPr>
            <w:tcW w:type="dxa" w:w="4819"/>
          </w:tcPr>
          <w:p>
            <w:pPr>
              <w:keepNext/>
              <w:spacing w:after="160"/>
            </w:pPr>
            <w:r/>
            <w:r>
              <w:rPr>
                <w:b/>
              </w:rPr>
              <w:t>Сторона 2</w:t>
            </w:r>
          </w:p>
        </w:tc>
      </w:tr>
      <w:tr>
        <w:tc>
          <w:tcPr>
            <w:tcW w:type="dxa" w:w="4819"/>
          </w:tcPr>
          <w:p>
            <w:pPr>
              <w:keepNext/>
              <w:spacing w:after="160"/>
            </w:pPr>
            <w:r/>
            <w:r>
              <w:rPr>
                <w:b w:val="0"/>
              </w:rPr>
              <w:t>ФИО: ______________________________</w:t>
            </w:r>
          </w:p>
        </w:tc>
        <w:tc>
          <w:tcPr>
            <w:tcW w:type="dxa" w:w="4819"/>
          </w:tcPr>
          <w:p>
            <w:pPr>
              <w:keepNext/>
              <w:spacing w:after="160"/>
            </w:pPr>
            <w:r/>
            <w:r>
              <w:rPr>
                <w:b w:val="0"/>
              </w:rPr>
              <w:t>ФИО: ______________________________</w:t>
            </w:r>
          </w:p>
        </w:tc>
      </w:tr>
      <w:tr>
        <w:tc>
          <w:tcPr>
            <w:tcW w:type="dxa" w:w="4819"/>
          </w:tcPr>
          <w:p>
            <w:pPr>
              <w:keepNext/>
              <w:spacing w:after="160"/>
            </w:pPr>
            <w:r/>
            <w:r>
              <w:rPr>
                <w:b w:val="0"/>
              </w:rPr>
              <w:t>Подпись: _____________</w:t>
            </w:r>
          </w:p>
        </w:tc>
        <w:tc>
          <w:tcPr>
            <w:tcW w:type="dxa" w:w="4819"/>
          </w:tcPr>
          <w:p>
            <w:pPr>
              <w:keepNext/>
              <w:spacing w:after="160"/>
            </w:pPr>
            <w:r/>
            <w:r>
              <w:rPr>
                <w:b w:val="0"/>
              </w:rPr>
              <w:t>Подпись: _____________</w:t>
            </w:r>
          </w:p>
        </w:tc>
      </w:tr>
      <w:tr>
        <w:tc>
          <w:tcPr>
            <w:tcW w:type="dxa" w:w="4819"/>
          </w:tcPr>
          <w:p>
            <w:pPr>
              <w:keepNext w:val="0"/>
              <w:spacing w:after="160"/>
            </w:pPr>
            <w:r/>
            <w:r>
              <w:rPr>
                <w:b w:val="0"/>
              </w:rPr>
              <w:t>Дата: «____» ___________ 20___ г.</w:t>
            </w:r>
          </w:p>
        </w:tc>
        <w:tc>
          <w:tcPr>
            <w:tcW w:type="dxa" w:w="4819"/>
          </w:tcPr>
          <w:p>
            <w:pPr>
              <w:keepNext w:val="0"/>
              <w:spacing w:after="160"/>
            </w:pPr>
            <w:r/>
            <w:r>
              <w:rPr>
                <w:b w:val="0"/>
              </w:rPr>
              <w:t>Дата: «____» ___________ 20___ г.</w:t>
            </w:r>
          </w:p>
        </w:tc>
      </w:tr>
    </w:tbl>
    <w:p>
      <w:r>
        <w:br w:type="page"/>
      </w:r>
    </w:p>
    <w:p>
      <w:pPr>
        <w:spacing w:after="0"/>
        <w:jc w:val="right"/>
      </w:pPr>
      <w:r>
        <w:rPr>
          <w:b/>
        </w:rPr>
        <w:t>Приложение</w:t>
      </w:r>
    </w:p>
    <w:p>
      <w:pPr>
        <w:spacing w:after="0"/>
        <w:jc w:val="right"/>
      </w:pPr>
      <w:r>
        <w:rPr>
          <w:b w:val="0"/>
          <w:sz w:val="22"/>
        </w:rPr>
        <w:t>к соглашению об установке ограждения</w:t>
      </w:r>
    </w:p>
    <w:p>
      <w:pPr>
        <w:spacing w:after="280"/>
        <w:jc w:val="right"/>
      </w:pPr>
      <w:r>
        <w:rPr>
          <w:b w:val="0"/>
          <w:sz w:val="22"/>
        </w:rPr>
        <w:t>от «____» ______________ 20___ г.</w:t>
      </w:r>
    </w:p>
    <w:p>
      <w:pPr>
        <w:spacing w:after="120"/>
        <w:jc w:val="center"/>
      </w:pPr>
      <w:r>
        <w:rPr>
          <w:b/>
        </w:rPr>
        <w:t>СХЕМА РАСПОЛОЖЕНИЯ ОГРАЖДЕНИЯ</w:t>
      </w:r>
    </w:p>
    <w:p>
      <w:pPr>
        <w:spacing w:after="160"/>
        <w:jc w:val="both"/>
      </w:pPr>
      <w:r>
        <w:rPr>
          <w:b w:val="0"/>
          <w:sz w:val="22"/>
        </w:rPr>
        <w:t>Нарисуйте границу участков, линию ограждения и отступ от границы (если есть); подпишите кадастровые номера участков и ориентиры — дом, улицу, межевые знаки.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39"/>
      </w:tblGrid>
      <w:tr>
        <w:trPr>
          <w:trHeight w:val="8504" w:hRule="exact"/>
        </w:trPr>
        <w:tc>
          <w:tcPr>
            <w:tcW w:type="dxa" w:w="9638"/>
          </w:tcPr>
          <w:p/>
        </w:tc>
      </w:tr>
    </w:tbl>
    <w:p>
      <w:pPr>
        <w:spacing w:after="200"/>
      </w:pP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Сторона 1</w:t>
            </w:r>
          </w:p>
        </w:tc>
        <w:tc>
          <w:tcPr>
            <w:tcW w:type="dxa" w:w="4819"/>
          </w:tcPr>
          <w:p>
            <w:r>
              <w:rPr>
                <w:b/>
              </w:rPr>
              <w:t>Сторона 2</w:t>
            </w:r>
          </w:p>
        </w:tc>
      </w:tr>
      <w:tr>
        <w:tc>
          <w:tcPr>
            <w:tcW w:type="dxa" w:w="4819"/>
          </w:tcPr>
          <w:p>
            <w:r>
              <w:t>Подпись: _____________</w:t>
            </w:r>
          </w:p>
        </w:tc>
        <w:tc>
          <w:tcPr>
            <w:tcW w:type="dxa" w:w="4819"/>
          </w:tcPr>
          <w:p>
            <w:r>
              <w:t>Подпись: _____________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88888"/>
        <w:sz w:val="16"/>
      </w:rPr>
      <w:t>Образец: lenzk.ru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установке ограждения между смежными земельными участками (образец)</dc:title>
  <dc:subject/>
  <dc:creator>ЛЕНЗК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